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6B6E73"/>
          <w:sz w:val="17"/>
          <w:spacing w:val="30"/>
        </w:rPr>
        <w:t>COPILOT FUNDAMENTALS TRAINING</w:t>
      </w:r>
    </w:p>
    <w:p>
      <w:pPr>
        <w:pStyle w:val="Title"/>
      </w:pPr>
      <w:r>
        <w:t>Prompt library</w:t>
      </w:r>
    </w:p>
    <w:p>
      <w:r>
        <w:rPr>
          <w:sz w:val="22"/>
        </w:rPr>
        <w:t>Ten prompts for work you do every week. Replace what is in [brackets] with your own situation and you can start right away.</w:t>
      </w:r>
    </w:p>
    <w:p>
      <w:r>
        <w:rPr>
          <w:sz w:val="22"/>
        </w:rPr>
        <w:t>Working with sensitive information? Make your prompt anonymous: no names or personal data.</w:t>
      </w:r>
    </w:p>
    <w:p>
      <w:pPr>
        <w:pStyle w:val="Heading1"/>
      </w:pPr>
      <w:r>
        <w:t>The three building blocks</w:t>
      </w:r>
    </w:p>
    <w:p>
      <w:pPr>
        <w:tabs>
          <w:tab w:pos="1361" w:val="left"/>
        </w:tabs>
        <w:spacing w:after="20"/>
      </w:pPr>
      <w:r>
        <w:rPr>
          <w:b/>
          <w:sz w:val="19"/>
        </w:rPr>
        <w:t>TASK</w:t>
      </w:r>
      <w:r>
        <w:tab/>
        <w:t>what should Copilot do, and what for? Start with a verb.</w:t>
      </w:r>
    </w:p>
    <w:p>
      <w:pPr>
        <w:tabs>
          <w:tab w:pos="1361" w:val="left"/>
        </w:tabs>
        <w:spacing w:after="20"/>
      </w:pPr>
      <w:r>
        <w:rPr>
          <w:b/>
          <w:sz w:val="19"/>
        </w:rPr>
        <w:t>CONTEXT</w:t>
      </w:r>
      <w:r>
        <w:tab/>
        <w:t>what should Copilot know?</w:t>
      </w:r>
    </w:p>
    <w:p>
      <w:pPr>
        <w:tabs>
          <w:tab w:pos="1361" w:val="left"/>
        </w:tabs>
        <w:spacing w:after="20"/>
      </w:pPr>
      <w:r>
        <w:rPr>
          <w:b/>
          <w:sz w:val="19"/>
        </w:rPr>
        <w:t>OUTPUT</w:t>
      </w:r>
      <w:r>
        <w:tab/>
        <w:t>what should the result look like?</w:t>
      </w:r>
    </w:p>
    <w:p>
      <w:pPr>
        <w:pStyle w:val="Heading2"/>
      </w:pPr>
      <w:r>
        <w:t>1. Summarise an email thread</w:t>
      </w:r>
    </w:p>
    <w:p>
      <w:pPr>
        <w:keepNext/>
        <w:spacing w:after="140"/>
      </w:pPr>
      <w:r>
        <w:rPr>
          <w:i w:val="0"/>
          <w:color w:val="6B6E73"/>
          <w:sz w:val="19"/>
        </w:rPr>
        <w:t>A long email thread, and you want to know what you need to do.</w:t>
      </w:r>
      <w:r>
        <w:rPr>
          <w:i w:val="0"/>
          <w:color w:val="6B6E73"/>
          <w:sz w:val="19"/>
        </w:rPr>
        <w:t xml:space="preserve">   ·   Outlook, with the thread open.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9184"/>
      </w:tblGrid>
      <w:tr>
        <w:trPr>
          <w:cantSplit/>
        </w:trPr>
        <w:tc>
          <w:tcPr>
            <w:tcW w:type="dxa" w:w="9184"/>
            <w:shd w:val="clear" w:color="auto" w:fill="F3F3F1"/>
            <w:tcBorders>
              <w:top w:val="nil"/>
              <w:left w:val="nil"/>
              <w:bottom w:val="nil"/>
              <w:right w:val="nil"/>
            </w:tcBorders>
            <w:tcMar>
              <w:top w:w="170" w:type="dxa"/>
              <w:bottom w:w="150" w:type="dxa"/>
              <w:left w:w="240" w:type="dxa"/>
              <w:right w:w="240" w:type="dxa"/>
            </w:tcMar>
          </w:tcPr>
          <w:p>
            <w:pPr>
              <w:keepNext/>
              <w:tabs>
                <w:tab w:pos="1304" w:val="left"/>
              </w:tabs>
              <w:spacing w:after="60" w:line="288" w:lineRule="auto"/>
              <w:ind w:left="1304" w:hanging="1304"/>
            </w:pPr>
            <w:r>
              <w:rPr>
                <w:b/>
                <w:color w:val="6B6E73"/>
                <w:sz w:val="17"/>
              </w:rPr>
              <w:t>TASK:</w:t>
            </w:r>
            <w:r>
              <w:rPr>
                <w:sz w:val="20"/>
              </w:rPr>
              <w:tab/>
              <w:t>Summarise this email thread and list the action items.</w:t>
            </w:r>
          </w:p>
          <w:p>
            <w:pPr>
              <w:keepNext/>
              <w:tabs>
                <w:tab w:pos="1304" w:val="left"/>
              </w:tabs>
              <w:spacing w:after="60" w:line="288" w:lineRule="auto"/>
              <w:ind w:left="1304" w:hanging="1304"/>
            </w:pPr>
            <w:r>
              <w:rPr>
                <w:b/>
                <w:color w:val="6B6E73"/>
                <w:sz w:val="17"/>
              </w:rPr>
              <w:t>CONTEXT:</w:t>
            </w:r>
            <w:r>
              <w:rPr>
                <w:sz w:val="20"/>
              </w:rPr>
              <w:tab/>
              <w:t>It is about [topic]. I am [your role] and want to know what is expected of me.</w:t>
            </w:r>
          </w:p>
          <w:p>
            <w:pPr>
              <w:keepNext/>
              <w:tabs>
                <w:tab w:pos="1304" w:val="left"/>
              </w:tabs>
              <w:spacing w:after="60" w:line="288" w:lineRule="auto"/>
              <w:ind w:left="1304" w:hanging="1304"/>
            </w:pPr>
            <w:r>
              <w:rPr>
                <w:b/>
                <w:color w:val="6B6E73"/>
                <w:sz w:val="17"/>
              </w:rPr>
              <w:t>OUTPUT:</w:t>
            </w:r>
            <w:r>
              <w:rPr>
                <w:sz w:val="20"/>
              </w:rPr>
              <w:tab/>
              <w:t>Three key points, then a table: what, who, when.</w:t>
            </w:r>
          </w:p>
        </w:tc>
      </w:tr>
    </w:tbl>
    <w:p>
      <w:pPr>
        <w:spacing w:before="120"/>
      </w:pPr>
      <w:r>
        <w:rPr>
          <w:b/>
          <w:color w:val="1C1D1F"/>
          <w:sz w:val="19"/>
        </w:rPr>
        <w:t xml:space="preserve">Tip  </w:t>
      </w:r>
      <w:r>
        <w:rPr>
          <w:i/>
          <w:color w:val="6B6E73"/>
          <w:sz w:val="19"/>
        </w:rPr>
        <w:t>then ask: "What should I pick up first?"</w:t>
      </w:r>
    </w:p>
    <w:p>
      <w:pPr>
        <w:pStyle w:val="Heading2"/>
      </w:pPr>
      <w:r>
        <w:t>2. Write an email in the right tone</w:t>
      </w:r>
    </w:p>
    <w:p>
      <w:pPr>
        <w:keepNext/>
        <w:spacing w:after="140"/>
      </w:pPr>
      <w:r>
        <w:rPr>
          <w:i w:val="0"/>
          <w:color w:val="6B6E73"/>
          <w:sz w:val="19"/>
        </w:rPr>
        <w:t>The tone matters as much as the content.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9184"/>
      </w:tblGrid>
      <w:tr>
        <w:trPr>
          <w:cantSplit/>
        </w:trPr>
        <w:tc>
          <w:tcPr>
            <w:tcW w:type="dxa" w:w="9184"/>
            <w:shd w:val="clear" w:color="auto" w:fill="F3F3F1"/>
            <w:tcBorders>
              <w:top w:val="nil"/>
              <w:left w:val="nil"/>
              <w:bottom w:val="nil"/>
              <w:right w:val="nil"/>
            </w:tcBorders>
            <w:tcMar>
              <w:top w:w="170" w:type="dxa"/>
              <w:bottom w:w="150" w:type="dxa"/>
              <w:left w:w="240" w:type="dxa"/>
              <w:right w:w="240" w:type="dxa"/>
            </w:tcMar>
          </w:tcPr>
          <w:p>
            <w:pPr>
              <w:keepNext/>
              <w:tabs>
                <w:tab w:pos="1304" w:val="left"/>
              </w:tabs>
              <w:spacing w:after="60" w:line="288" w:lineRule="auto"/>
              <w:ind w:left="1304" w:hanging="1304"/>
            </w:pPr>
            <w:r>
              <w:rPr>
                <w:b/>
                <w:color w:val="6B6E73"/>
                <w:sz w:val="17"/>
              </w:rPr>
              <w:t>TASK:</w:t>
            </w:r>
            <w:r>
              <w:rPr>
                <w:sz w:val="20"/>
              </w:rPr>
              <w:tab/>
              <w:t>Write an email to [recipient] about [topic].</w:t>
            </w:r>
          </w:p>
          <w:p>
            <w:pPr>
              <w:keepNext/>
              <w:tabs>
                <w:tab w:pos="1304" w:val="left"/>
              </w:tabs>
              <w:spacing w:after="60" w:line="288" w:lineRule="auto"/>
              <w:ind w:left="1304" w:hanging="1304"/>
            </w:pPr>
            <w:r>
              <w:rPr>
                <w:b/>
                <w:color w:val="6B6E73"/>
                <w:sz w:val="17"/>
              </w:rPr>
              <w:t>CONTEXT:</w:t>
            </w:r>
            <w:r>
              <w:rPr>
                <w:sz w:val="20"/>
              </w:rPr>
              <w:tab/>
              <w:t>I want to say that [message]. We know each other [well/barely]. Sensitive point: [point].</w:t>
            </w:r>
          </w:p>
          <w:p>
            <w:pPr>
              <w:keepNext/>
              <w:tabs>
                <w:tab w:pos="1304" w:val="left"/>
              </w:tabs>
              <w:spacing w:after="60" w:line="288" w:lineRule="auto"/>
              <w:ind w:left="1304" w:hanging="1304"/>
            </w:pPr>
            <w:r>
              <w:rPr>
                <w:b/>
                <w:color w:val="6B6E73"/>
                <w:sz w:val="17"/>
              </w:rPr>
              <w:t>OUTPUT:</w:t>
            </w:r>
            <w:r>
              <w:rPr>
                <w:sz w:val="20"/>
              </w:rPr>
              <w:tab/>
              <w:t>Subject line and no more than 120 words. End with one clear question.</w:t>
            </w:r>
          </w:p>
        </w:tc>
      </w:tr>
    </w:tbl>
    <w:p>
      <w:pPr>
        <w:spacing w:before="120"/>
      </w:pPr>
      <w:r>
        <w:rPr>
          <w:b/>
          <w:color w:val="1C1D1F"/>
          <w:sz w:val="19"/>
        </w:rPr>
        <w:t xml:space="preserve">Tip  </w:t>
      </w:r>
      <w:r>
        <w:rPr>
          <w:i/>
          <w:color w:val="6B6E73"/>
          <w:sz w:val="19"/>
        </w:rPr>
        <w:t>adjust with one word: "shorter", "more direct" or "friendlier".</w:t>
      </w:r>
    </w:p>
    <w:p>
      <w:pPr>
        <w:pStyle w:val="Heading2"/>
      </w:pPr>
      <w:r>
        <w:t>3. Summarise a document for a meeting</w:t>
      </w:r>
    </w:p>
    <w:p>
      <w:pPr>
        <w:keepNext/>
        <w:spacing w:after="140"/>
      </w:pPr>
      <w:r>
        <w:rPr>
          <w:i w:val="0"/>
          <w:color w:val="6B6E73"/>
          <w:sz w:val="19"/>
        </w:rPr>
        <w:t>You need to know a long document before you discuss it.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9184"/>
      </w:tblGrid>
      <w:tr>
        <w:trPr>
          <w:cantSplit/>
        </w:trPr>
        <w:tc>
          <w:tcPr>
            <w:tcW w:type="dxa" w:w="9184"/>
            <w:shd w:val="clear" w:color="auto" w:fill="F3F3F1"/>
            <w:tcBorders>
              <w:top w:val="nil"/>
              <w:left w:val="nil"/>
              <w:bottom w:val="nil"/>
              <w:right w:val="nil"/>
            </w:tcBorders>
            <w:tcMar>
              <w:top w:w="170" w:type="dxa"/>
              <w:bottom w:w="150" w:type="dxa"/>
              <w:left w:w="240" w:type="dxa"/>
              <w:right w:w="240" w:type="dxa"/>
            </w:tcMar>
          </w:tcPr>
          <w:p>
            <w:pPr>
              <w:keepNext/>
              <w:tabs>
                <w:tab w:pos="1304" w:val="left"/>
              </w:tabs>
              <w:spacing w:after="60" w:line="288" w:lineRule="auto"/>
              <w:ind w:left="1304" w:hanging="1304"/>
            </w:pPr>
            <w:r>
              <w:rPr>
                <w:b/>
                <w:color w:val="6B6E73"/>
                <w:sz w:val="17"/>
              </w:rPr>
              <w:t>TASK:</w:t>
            </w:r>
            <w:r>
              <w:rPr>
                <w:sz w:val="20"/>
              </w:rPr>
              <w:tab/>
              <w:t>Summarise this document for [meeting or decision].</w:t>
            </w:r>
          </w:p>
          <w:p>
            <w:pPr>
              <w:keepNext/>
              <w:tabs>
                <w:tab w:pos="1304" w:val="left"/>
              </w:tabs>
              <w:spacing w:after="60" w:line="288" w:lineRule="auto"/>
              <w:ind w:left="1304" w:hanging="1304"/>
            </w:pPr>
            <w:r>
              <w:rPr>
                <w:b/>
                <w:color w:val="6B6E73"/>
                <w:sz w:val="17"/>
              </w:rPr>
              <w:t>CONTEXT:</w:t>
            </w:r>
            <w:r>
              <w:rPr>
                <w:sz w:val="20"/>
              </w:rPr>
              <w:tab/>
              <w:t>I need to [decide/respond/explain it] about [topic].</w:t>
            </w:r>
          </w:p>
          <w:p>
            <w:pPr>
              <w:keepNext/>
              <w:tabs>
                <w:tab w:pos="1304" w:val="left"/>
              </w:tabs>
              <w:spacing w:after="60" w:line="288" w:lineRule="auto"/>
              <w:ind w:left="1304" w:hanging="1304"/>
            </w:pPr>
            <w:r>
              <w:rPr>
                <w:b/>
                <w:color w:val="6B6E73"/>
                <w:sz w:val="17"/>
              </w:rPr>
              <w:t>OUTPUT:</w:t>
            </w:r>
            <w:r>
              <w:rPr>
                <w:sz w:val="20"/>
              </w:rPr>
              <w:tab/>
              <w:t>One paragraph with the core, five bullets, and what is still open.</w:t>
            </w:r>
          </w:p>
        </w:tc>
      </w:tr>
    </w:tbl>
    <w:p>
      <w:pPr>
        <w:spacing w:before="120"/>
      </w:pPr>
      <w:r>
        <w:rPr>
          <w:b/>
          <w:color w:val="1C1D1F"/>
          <w:sz w:val="19"/>
        </w:rPr>
        <w:t xml:space="preserve">Tip  </w:t>
      </w:r>
      <w:r>
        <w:rPr>
          <w:i/>
          <w:color w:val="6B6E73"/>
          <w:sz w:val="19"/>
        </w:rPr>
        <w:t>then ask: "What is in the document that is not in your summary?"</w:t>
      </w:r>
    </w:p>
    <w:p>
      <w:pPr>
        <w:pStyle w:val="Heading2"/>
      </w:pPr>
      <w:r>
        <w:t>4. Minutes of a meeting</w:t>
      </w:r>
    </w:p>
    <w:p>
      <w:pPr>
        <w:keepNext/>
        <w:spacing w:after="140"/>
      </w:pPr>
      <w:r>
        <w:rPr>
          <w:i w:val="0"/>
          <w:color w:val="6B6E73"/>
          <w:sz w:val="19"/>
        </w:rPr>
        <w:t>You have a transcript or notes from a meeting.</w:t>
      </w:r>
      <w:r>
        <w:rPr>
          <w:i w:val="0"/>
          <w:color w:val="6B6E73"/>
          <w:sz w:val="19"/>
        </w:rPr>
        <w:t xml:space="preserve">   ·   Teams for a transcribed meeting, or Copilot Chat with the transcript attached.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9184"/>
      </w:tblGrid>
      <w:tr>
        <w:trPr>
          <w:cantSplit/>
        </w:trPr>
        <w:tc>
          <w:tcPr>
            <w:tcW w:type="dxa" w:w="9184"/>
            <w:shd w:val="clear" w:color="auto" w:fill="F3F3F1"/>
            <w:tcBorders>
              <w:top w:val="nil"/>
              <w:left w:val="nil"/>
              <w:bottom w:val="nil"/>
              <w:right w:val="nil"/>
            </w:tcBorders>
            <w:tcMar>
              <w:top w:w="170" w:type="dxa"/>
              <w:bottom w:w="150" w:type="dxa"/>
              <w:left w:w="240" w:type="dxa"/>
              <w:right w:w="240" w:type="dxa"/>
            </w:tcMar>
          </w:tcPr>
          <w:p>
            <w:pPr>
              <w:keepNext/>
              <w:tabs>
                <w:tab w:pos="1304" w:val="left"/>
              </w:tabs>
              <w:spacing w:after="60" w:line="288" w:lineRule="auto"/>
              <w:ind w:left="1304" w:hanging="1304"/>
            </w:pPr>
            <w:r>
              <w:rPr>
                <w:b/>
                <w:color w:val="6B6E73"/>
                <w:sz w:val="17"/>
              </w:rPr>
              <w:t>TASK:</w:t>
            </w:r>
            <w:r>
              <w:rPr>
                <w:sz w:val="20"/>
              </w:rPr>
              <w:tab/>
              <w:t>Write minutes of this meeting.</w:t>
            </w:r>
          </w:p>
          <w:p>
            <w:pPr>
              <w:keepNext/>
              <w:tabs>
                <w:tab w:pos="1304" w:val="left"/>
              </w:tabs>
              <w:spacing w:after="60" w:line="288" w:lineRule="auto"/>
              <w:ind w:left="1304" w:hanging="1304"/>
            </w:pPr>
            <w:r>
              <w:rPr>
                <w:b/>
                <w:color w:val="6B6E73"/>
                <w:sz w:val="17"/>
              </w:rPr>
              <w:t>CONTEXT:</w:t>
            </w:r>
            <w:r>
              <w:rPr>
                <w:sz w:val="20"/>
              </w:rPr>
              <w:tab/>
              <w:t>A [type of meeting] about [topic]. The minutes are for [readers].</w:t>
            </w:r>
          </w:p>
          <w:p>
            <w:pPr>
              <w:keepNext/>
              <w:tabs>
                <w:tab w:pos="1304" w:val="left"/>
              </w:tabs>
              <w:spacing w:after="60" w:line="288" w:lineRule="auto"/>
              <w:ind w:left="1304" w:hanging="1304"/>
            </w:pPr>
            <w:r>
              <w:rPr>
                <w:b/>
                <w:color w:val="6B6E73"/>
                <w:sz w:val="17"/>
              </w:rPr>
              <w:t>OUTPUT:</w:t>
            </w:r>
            <w:r>
              <w:rPr>
                <w:sz w:val="20"/>
              </w:rPr>
              <w:tab/>
              <w:t>Decisions, action items (what, who, deadline) and no more than three sentences per topic.</w:t>
            </w:r>
          </w:p>
        </w:tc>
      </w:tr>
    </w:tbl>
    <w:p>
      <w:pPr>
        <w:spacing w:before="120"/>
      </w:pPr>
      <w:r>
        <w:rPr>
          <w:b/>
          <w:color w:val="1C1D1F"/>
          <w:sz w:val="19"/>
        </w:rPr>
        <w:t xml:space="preserve">Tip  </w:t>
      </w:r>
      <w:r>
        <w:rPr>
          <w:i/>
          <w:color w:val="6B6E73"/>
          <w:sz w:val="19"/>
        </w:rPr>
        <w:t>check names, dates and amounts against the transcript.</w:t>
      </w:r>
    </w:p>
    <w:p>
      <w:pPr>
        <w:pStyle w:val="Heading2"/>
      </w:pPr>
      <w:r>
        <w:t>5. Prepare an agenda</w:t>
      </w:r>
    </w:p>
    <w:p>
      <w:pPr>
        <w:keepNext/>
        <w:spacing w:after="140"/>
      </w:pPr>
      <w:r>
        <w:rPr>
          <w:i w:val="0"/>
          <w:color w:val="6B6E73"/>
          <w:sz w:val="19"/>
        </w:rPr>
        <w:t>You are preparing a meeting.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9184"/>
      </w:tblGrid>
      <w:tr>
        <w:trPr>
          <w:cantSplit/>
        </w:trPr>
        <w:tc>
          <w:tcPr>
            <w:tcW w:type="dxa" w:w="9184"/>
            <w:shd w:val="clear" w:color="auto" w:fill="F3F3F1"/>
            <w:tcBorders>
              <w:top w:val="nil"/>
              <w:left w:val="nil"/>
              <w:bottom w:val="nil"/>
              <w:right w:val="nil"/>
            </w:tcBorders>
            <w:tcMar>
              <w:top w:w="170" w:type="dxa"/>
              <w:bottom w:w="150" w:type="dxa"/>
              <w:left w:w="240" w:type="dxa"/>
              <w:right w:w="240" w:type="dxa"/>
            </w:tcMar>
          </w:tcPr>
          <w:p>
            <w:pPr>
              <w:keepNext/>
              <w:tabs>
                <w:tab w:pos="1304" w:val="left"/>
              </w:tabs>
              <w:spacing w:after="60" w:line="288" w:lineRule="auto"/>
              <w:ind w:left="1304" w:hanging="1304"/>
            </w:pPr>
            <w:r>
              <w:rPr>
                <w:b/>
                <w:color w:val="6B6E73"/>
                <w:sz w:val="17"/>
              </w:rPr>
              <w:t>TASK:</w:t>
            </w:r>
            <w:r>
              <w:rPr>
                <w:sz w:val="20"/>
              </w:rPr>
              <w:tab/>
              <w:t>Create an agenda for [type of meeting].</w:t>
            </w:r>
          </w:p>
          <w:p>
            <w:pPr>
              <w:keepNext/>
              <w:tabs>
                <w:tab w:pos="1304" w:val="left"/>
              </w:tabs>
              <w:spacing w:after="60" w:line="288" w:lineRule="auto"/>
              <w:ind w:left="1304" w:hanging="1304"/>
            </w:pPr>
            <w:r>
              <w:rPr>
                <w:b/>
                <w:color w:val="6B6E73"/>
                <w:sz w:val="17"/>
              </w:rPr>
              <w:t>CONTEXT:</w:t>
            </w:r>
            <w:r>
              <w:rPr>
                <w:sz w:val="20"/>
              </w:rPr>
              <w:tab/>
              <w:t>[length], [number] participants. Goal: [goal]. Topics: [topics].</w:t>
            </w:r>
          </w:p>
          <w:p>
            <w:pPr>
              <w:keepNext/>
              <w:tabs>
                <w:tab w:pos="1304" w:val="left"/>
              </w:tabs>
              <w:spacing w:after="60" w:line="288" w:lineRule="auto"/>
              <w:ind w:left="1304" w:hanging="1304"/>
            </w:pPr>
            <w:r>
              <w:rPr>
                <w:b/>
                <w:color w:val="6B6E73"/>
                <w:sz w:val="17"/>
              </w:rPr>
              <w:t>OUTPUT:</w:t>
            </w:r>
            <w:r>
              <w:rPr>
                <w:sz w:val="20"/>
              </w:rPr>
              <w:tab/>
              <w:t>Table with time, topic, desired outcome and who prepares it.</w:t>
            </w:r>
          </w:p>
        </w:tc>
      </w:tr>
    </w:tbl>
    <w:p>
      <w:pPr>
        <w:spacing w:before="120"/>
      </w:pPr>
      <w:r>
        <w:rPr>
          <w:b/>
          <w:color w:val="1C1D1F"/>
          <w:sz w:val="19"/>
        </w:rPr>
        <w:t xml:space="preserve">Tip  </w:t>
      </w:r>
      <w:r>
        <w:rPr>
          <w:i/>
          <w:color w:val="6B6E73"/>
          <w:sz w:val="19"/>
        </w:rPr>
        <w:t>then have Copilot write the text for the invitation.</w:t>
      </w:r>
    </w:p>
    <w:p>
      <w:pPr>
        <w:pStyle w:val="Heading2"/>
      </w:pPr>
      <w:r>
        <w:t>6. Feedback on your own text</w:t>
      </w:r>
    </w:p>
    <w:p>
      <w:pPr>
        <w:keepNext/>
        <w:spacing w:after="140"/>
      </w:pPr>
      <w:r>
        <w:rPr>
          <w:i w:val="0"/>
          <w:color w:val="6B6E73"/>
          <w:sz w:val="19"/>
        </w:rPr>
        <w:t>Before you share a text.</w:t>
      </w:r>
      <w:r>
        <w:rPr>
          <w:i w:val="0"/>
          <w:color w:val="6B6E73"/>
          <w:sz w:val="19"/>
        </w:rPr>
        <w:t xml:space="preserve">   ·   Word or Copilot Chat.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9184"/>
      </w:tblGrid>
      <w:tr>
        <w:trPr>
          <w:cantSplit/>
        </w:trPr>
        <w:tc>
          <w:tcPr>
            <w:tcW w:type="dxa" w:w="9184"/>
            <w:shd w:val="clear" w:color="auto" w:fill="F3F3F1"/>
            <w:tcBorders>
              <w:top w:val="nil"/>
              <w:left w:val="nil"/>
              <w:bottom w:val="nil"/>
              <w:right w:val="nil"/>
            </w:tcBorders>
            <w:tcMar>
              <w:top w:w="170" w:type="dxa"/>
              <w:bottom w:w="150" w:type="dxa"/>
              <w:left w:w="240" w:type="dxa"/>
              <w:right w:w="240" w:type="dxa"/>
            </w:tcMar>
          </w:tcPr>
          <w:p>
            <w:pPr>
              <w:keepNext/>
              <w:tabs>
                <w:tab w:pos="1304" w:val="left"/>
              </w:tabs>
              <w:spacing w:after="60" w:line="288" w:lineRule="auto"/>
              <w:ind w:left="1304" w:hanging="1304"/>
            </w:pPr>
            <w:r>
              <w:rPr>
                <w:b/>
                <w:color w:val="6B6E73"/>
                <w:sz w:val="17"/>
              </w:rPr>
              <w:t>TASK:</w:t>
            </w:r>
            <w:r>
              <w:rPr>
                <w:sz w:val="20"/>
              </w:rPr>
              <w:tab/>
              <w:t>Give feedback on this text.</w:t>
            </w:r>
          </w:p>
          <w:p>
            <w:pPr>
              <w:keepNext/>
              <w:tabs>
                <w:tab w:pos="1304" w:val="left"/>
              </w:tabs>
              <w:spacing w:after="60" w:line="288" w:lineRule="auto"/>
              <w:ind w:left="1304" w:hanging="1304"/>
            </w:pPr>
            <w:r>
              <w:rPr>
                <w:b/>
                <w:color w:val="6B6E73"/>
                <w:sz w:val="17"/>
              </w:rPr>
              <w:t>CONTEXT:</w:t>
            </w:r>
            <w:r>
              <w:rPr>
                <w:sz w:val="20"/>
              </w:rPr>
              <w:tab/>
              <w:t>The text is for [reader] and needs to [goal].</w:t>
            </w:r>
          </w:p>
          <w:p>
            <w:pPr>
              <w:keepNext/>
              <w:tabs>
                <w:tab w:pos="1304" w:val="left"/>
              </w:tabs>
              <w:spacing w:after="60" w:line="288" w:lineRule="auto"/>
              <w:ind w:left="1304" w:hanging="1304"/>
            </w:pPr>
            <w:r>
              <w:rPr>
                <w:b/>
                <w:color w:val="6B6E73"/>
                <w:sz w:val="17"/>
              </w:rPr>
              <w:t>OUTPUT:</w:t>
            </w:r>
            <w:r>
              <w:rPr>
                <w:sz w:val="20"/>
              </w:rPr>
              <w:tab/>
              <w:t>Five concrete points to improve, each with an example. Do not rewrite anything.</w:t>
            </w:r>
          </w:p>
        </w:tc>
      </w:tr>
    </w:tbl>
    <w:p>
      <w:pPr>
        <w:spacing w:before="120"/>
      </w:pPr>
      <w:r>
        <w:rPr>
          <w:b/>
          <w:color w:val="1C1D1F"/>
          <w:sz w:val="19"/>
        </w:rPr>
        <w:t xml:space="preserve">Tip  </w:t>
      </w:r>
      <w:r>
        <w:rPr>
          <w:i/>
          <w:color w:val="6B6E73"/>
          <w:sz w:val="19"/>
        </w:rPr>
        <w:t>then ask: "Rewrite only the weakest paragraph."</w:t>
      </w:r>
    </w:p>
    <w:p>
      <w:pPr>
        <w:pStyle w:val="Heading2"/>
      </w:pPr>
      <w:r>
        <w:t>7. Review a report for a decision</w:t>
      </w:r>
    </w:p>
    <w:p>
      <w:pPr>
        <w:keepNext/>
        <w:spacing w:after="140"/>
      </w:pPr>
      <w:r>
        <w:rPr>
          <w:i w:val="0"/>
          <w:color w:val="6B6E73"/>
          <w:sz w:val="19"/>
        </w:rPr>
        <w:t>You need to pull out of a report what matters for a decision.</w:t>
      </w:r>
      <w:r>
        <w:rPr>
          <w:i w:val="0"/>
          <w:color w:val="6B6E73"/>
          <w:sz w:val="19"/>
        </w:rPr>
        <w:t xml:space="preserve">   ·   Copilot Chat, with the model on think deeper.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9184"/>
      </w:tblGrid>
      <w:tr>
        <w:trPr>
          <w:cantSplit/>
        </w:trPr>
        <w:tc>
          <w:tcPr>
            <w:tcW w:type="dxa" w:w="9184"/>
            <w:shd w:val="clear" w:color="auto" w:fill="F3F3F1"/>
            <w:tcBorders>
              <w:top w:val="nil"/>
              <w:left w:val="nil"/>
              <w:bottom w:val="nil"/>
              <w:right w:val="nil"/>
            </w:tcBorders>
            <w:tcMar>
              <w:top w:w="170" w:type="dxa"/>
              <w:bottom w:w="150" w:type="dxa"/>
              <w:left w:w="240" w:type="dxa"/>
              <w:right w:w="240" w:type="dxa"/>
            </w:tcMar>
          </w:tcPr>
          <w:p>
            <w:pPr>
              <w:keepNext/>
              <w:tabs>
                <w:tab w:pos="1304" w:val="left"/>
              </w:tabs>
              <w:spacing w:after="60" w:line="288" w:lineRule="auto"/>
              <w:ind w:left="1304" w:hanging="1304"/>
            </w:pPr>
            <w:r>
              <w:rPr>
                <w:b/>
                <w:color w:val="6B6E73"/>
                <w:sz w:val="17"/>
              </w:rPr>
              <w:t>TASK:</w:t>
            </w:r>
            <w:r>
              <w:rPr>
                <w:sz w:val="20"/>
              </w:rPr>
              <w:tab/>
              <w:t>Pull the risks and decision points for [meeting] out of this report.</w:t>
            </w:r>
          </w:p>
          <w:p>
            <w:pPr>
              <w:keepNext/>
              <w:tabs>
                <w:tab w:pos="1304" w:val="left"/>
              </w:tabs>
              <w:spacing w:after="60" w:line="288" w:lineRule="auto"/>
              <w:ind w:left="1304" w:hanging="1304"/>
            </w:pPr>
            <w:r>
              <w:rPr>
                <w:b/>
                <w:color w:val="6B6E73"/>
                <w:sz w:val="17"/>
              </w:rPr>
              <w:t>CONTEXT:</w:t>
            </w:r>
            <w:r>
              <w:rPr>
                <w:sz w:val="20"/>
              </w:rPr>
              <w:tab/>
              <w:t>A [type of report] about [topic]. The readers have not read the report.</w:t>
            </w:r>
          </w:p>
          <w:p>
            <w:pPr>
              <w:keepNext/>
              <w:tabs>
                <w:tab w:pos="1304" w:val="left"/>
              </w:tabs>
              <w:spacing w:after="60" w:line="288" w:lineRule="auto"/>
              <w:ind w:left="1304" w:hanging="1304"/>
            </w:pPr>
            <w:r>
              <w:rPr>
                <w:b/>
                <w:color w:val="6B6E73"/>
                <w:sz w:val="17"/>
              </w:rPr>
              <w:t>OUTPUT:</w:t>
            </w:r>
            <w:r>
              <w:rPr>
                <w:sz w:val="20"/>
              </w:rPr>
              <w:tab/>
              <w:t>Key points, risks, proposed decision, next steps. No more than three bullets per section. Only use figures from the report. If something is missing, say so.</w:t>
            </w:r>
          </w:p>
        </w:tc>
      </w:tr>
    </w:tbl>
    <w:p>
      <w:pPr>
        <w:spacing w:before="120"/>
      </w:pPr>
      <w:r>
        <w:rPr>
          <w:b/>
          <w:color w:val="1C1D1F"/>
          <w:sz w:val="19"/>
        </w:rPr>
        <w:t xml:space="preserve">Tip  </w:t>
      </w:r>
      <w:r>
        <w:rPr>
          <w:i/>
          <w:color w:val="6B6E73"/>
          <w:sz w:val="19"/>
        </w:rPr>
        <w:t>always check the figures in the report yourself.</w:t>
      </w:r>
    </w:p>
    <w:p>
      <w:pPr>
        <w:pStyle w:val="Heading2"/>
      </w:pPr>
      <w:r>
        <w:t>8. Turn notes into a memo</w:t>
      </w:r>
    </w:p>
    <w:p>
      <w:pPr>
        <w:keepNext/>
        <w:spacing w:after="140"/>
      </w:pPr>
      <w:r>
        <w:rPr>
          <w:i w:val="0"/>
          <w:color w:val="6B6E73"/>
          <w:sz w:val="19"/>
        </w:rPr>
        <w:t>You have loose notes and want a readable document.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9184"/>
      </w:tblGrid>
      <w:tr>
        <w:trPr>
          <w:cantSplit/>
        </w:trPr>
        <w:tc>
          <w:tcPr>
            <w:tcW w:type="dxa" w:w="9184"/>
            <w:shd w:val="clear" w:color="auto" w:fill="F3F3F1"/>
            <w:tcBorders>
              <w:top w:val="nil"/>
              <w:left w:val="nil"/>
              <w:bottom w:val="nil"/>
              <w:right w:val="nil"/>
            </w:tcBorders>
            <w:tcMar>
              <w:top w:w="170" w:type="dxa"/>
              <w:bottom w:w="150" w:type="dxa"/>
              <w:left w:w="240" w:type="dxa"/>
              <w:right w:w="240" w:type="dxa"/>
            </w:tcMar>
          </w:tcPr>
          <w:p>
            <w:pPr>
              <w:keepNext/>
              <w:tabs>
                <w:tab w:pos="1304" w:val="left"/>
              </w:tabs>
              <w:spacing w:after="60" w:line="288" w:lineRule="auto"/>
              <w:ind w:left="1304" w:hanging="1304"/>
            </w:pPr>
            <w:r>
              <w:rPr>
                <w:b/>
                <w:color w:val="6B6E73"/>
                <w:sz w:val="17"/>
              </w:rPr>
              <w:t>TASK:</w:t>
            </w:r>
            <w:r>
              <w:rPr>
                <w:sz w:val="20"/>
              </w:rPr>
              <w:tab/>
              <w:t>Turn these notes into a memo.</w:t>
            </w:r>
          </w:p>
          <w:p>
            <w:pPr>
              <w:keepNext/>
              <w:tabs>
                <w:tab w:pos="1304" w:val="left"/>
              </w:tabs>
              <w:spacing w:after="60" w:line="288" w:lineRule="auto"/>
              <w:ind w:left="1304" w:hanging="1304"/>
            </w:pPr>
            <w:r>
              <w:rPr>
                <w:b/>
                <w:color w:val="6B6E73"/>
                <w:sz w:val="17"/>
              </w:rPr>
              <w:t>CONTEXT:</w:t>
            </w:r>
            <w:r>
              <w:rPr>
                <w:sz w:val="20"/>
              </w:rPr>
              <w:tab/>
              <w:t>About [topic], for [reader]. Put anything not yet decided under open questions.</w:t>
            </w:r>
          </w:p>
          <w:p>
            <w:pPr>
              <w:keepNext/>
              <w:tabs>
                <w:tab w:pos="1304" w:val="left"/>
              </w:tabs>
              <w:spacing w:after="60" w:line="288" w:lineRule="auto"/>
              <w:ind w:left="1304" w:hanging="1304"/>
            </w:pPr>
            <w:r>
              <w:rPr>
                <w:b/>
                <w:color w:val="6B6E73"/>
                <w:sz w:val="17"/>
              </w:rPr>
              <w:t>OUTPUT:</w:t>
            </w:r>
            <w:r>
              <w:rPr>
                <w:sz w:val="20"/>
              </w:rPr>
              <w:tab/>
              <w:t>Background, key points, proposal, open questions. One page at most.</w:t>
            </w:r>
          </w:p>
        </w:tc>
      </w:tr>
    </w:tbl>
    <w:p>
      <w:pPr>
        <w:pStyle w:val="Heading2"/>
      </w:pPr>
      <w:r>
        <w:t>9. Prepare a difficult conversation</w:t>
      </w:r>
    </w:p>
    <w:p>
      <w:pPr>
        <w:keepNext/>
        <w:spacing w:after="140"/>
      </w:pPr>
      <w:r>
        <w:rPr>
          <w:i w:val="0"/>
          <w:color w:val="6B6E73"/>
          <w:sz w:val="19"/>
        </w:rPr>
        <w:t>You are dreading a conversation.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9184"/>
      </w:tblGrid>
      <w:tr>
        <w:trPr>
          <w:cantSplit/>
        </w:trPr>
        <w:tc>
          <w:tcPr>
            <w:tcW w:type="dxa" w:w="9184"/>
            <w:shd w:val="clear" w:color="auto" w:fill="F3F3F1"/>
            <w:tcBorders>
              <w:top w:val="nil"/>
              <w:left w:val="nil"/>
              <w:bottom w:val="nil"/>
              <w:right w:val="nil"/>
            </w:tcBorders>
            <w:tcMar>
              <w:top w:w="170" w:type="dxa"/>
              <w:bottom w:w="150" w:type="dxa"/>
              <w:left w:w="240" w:type="dxa"/>
              <w:right w:w="240" w:type="dxa"/>
            </w:tcMar>
          </w:tcPr>
          <w:p>
            <w:pPr>
              <w:keepNext/>
              <w:tabs>
                <w:tab w:pos="1304" w:val="left"/>
              </w:tabs>
              <w:spacing w:after="60" w:line="288" w:lineRule="auto"/>
              <w:ind w:left="1304" w:hanging="1304"/>
            </w:pPr>
            <w:r>
              <w:rPr>
                <w:b/>
                <w:color w:val="6B6E73"/>
                <w:sz w:val="17"/>
              </w:rPr>
              <w:t>TASK:</w:t>
            </w:r>
            <w:r>
              <w:rPr>
                <w:sz w:val="20"/>
              </w:rPr>
              <w:tab/>
              <w:t>Help me prepare this conversation.</w:t>
            </w:r>
          </w:p>
          <w:p>
            <w:pPr>
              <w:keepNext/>
              <w:tabs>
                <w:tab w:pos="1304" w:val="left"/>
              </w:tabs>
              <w:spacing w:after="60" w:line="288" w:lineRule="auto"/>
              <w:ind w:left="1304" w:hanging="1304"/>
            </w:pPr>
            <w:r>
              <w:rPr>
                <w:b/>
                <w:color w:val="6B6E73"/>
                <w:sz w:val="17"/>
              </w:rPr>
              <w:t>CONTEXT:</w:t>
            </w:r>
            <w:r>
              <w:rPr>
                <w:sz w:val="20"/>
              </w:rPr>
              <w:tab/>
              <w:t>I am talking with [role, no name] about [topic]. My goal: [goal]. The hard part: [what].</w:t>
            </w:r>
          </w:p>
          <w:p>
            <w:pPr>
              <w:keepNext/>
              <w:tabs>
                <w:tab w:pos="1304" w:val="left"/>
              </w:tabs>
              <w:spacing w:after="60" w:line="288" w:lineRule="auto"/>
              <w:ind w:left="1304" w:hanging="1304"/>
            </w:pPr>
            <w:r>
              <w:rPr>
                <w:b/>
                <w:color w:val="6B6E73"/>
                <w:sz w:val="17"/>
              </w:rPr>
              <w:t>OUTPUT:</w:t>
            </w:r>
            <w:r>
              <w:rPr>
                <w:sz w:val="20"/>
              </w:rPr>
              <w:tab/>
              <w:t>An opening line, three reactions I can expect with an answer to each, and a closing.</w:t>
            </w:r>
          </w:p>
        </w:tc>
      </w:tr>
    </w:tbl>
    <w:p>
      <w:pPr>
        <w:spacing w:before="120"/>
      </w:pPr>
      <w:r>
        <w:rPr>
          <w:b/>
          <w:color w:val="1C1D1F"/>
          <w:sz w:val="19"/>
        </w:rPr>
        <w:t xml:space="preserve">Tip  </w:t>
      </w:r>
      <w:r>
        <w:rPr>
          <w:i/>
          <w:color w:val="6B6E73"/>
          <w:sz w:val="19"/>
        </w:rPr>
        <w:t>then practise: "Play the other person, I will respond."</w:t>
      </w:r>
    </w:p>
    <w:p>
      <w:pPr>
        <w:pStyle w:val="Heading2"/>
      </w:pPr>
      <w:r>
        <w:t>10. Have Copilot ask questions first</w:t>
      </w:r>
    </w:p>
    <w:p>
      <w:pPr>
        <w:keepNext/>
        <w:spacing w:after="140"/>
      </w:pPr>
      <w:r>
        <w:rPr>
          <w:i w:val="0"/>
          <w:color w:val="6B6E73"/>
          <w:sz w:val="19"/>
        </w:rPr>
        <w:t>You do not know exactly what you want yet.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9184"/>
      </w:tblGrid>
      <w:tr>
        <w:trPr>
          <w:cantSplit/>
        </w:trPr>
        <w:tc>
          <w:tcPr>
            <w:tcW w:type="dxa" w:w="9184"/>
            <w:shd w:val="clear" w:color="auto" w:fill="F3F3F1"/>
            <w:tcBorders>
              <w:top w:val="nil"/>
              <w:left w:val="nil"/>
              <w:bottom w:val="nil"/>
              <w:right w:val="nil"/>
            </w:tcBorders>
            <w:tcMar>
              <w:top w:w="170" w:type="dxa"/>
              <w:bottom w:w="150" w:type="dxa"/>
              <w:left w:w="240" w:type="dxa"/>
              <w:right w:w="240" w:type="dxa"/>
            </w:tcMar>
          </w:tcPr>
          <w:p>
            <w:pPr>
              <w:keepNext/>
              <w:tabs>
                <w:tab w:pos="1304" w:val="left"/>
              </w:tabs>
              <w:spacing w:after="60" w:line="288" w:lineRule="auto"/>
              <w:ind w:left="1304" w:hanging="1304"/>
            </w:pPr>
            <w:r>
              <w:rPr>
                <w:b/>
                <w:color w:val="6B6E73"/>
                <w:sz w:val="17"/>
              </w:rPr>
              <w:t>TASK:</w:t>
            </w:r>
            <w:r>
              <w:rPr>
                <w:sz w:val="20"/>
              </w:rPr>
              <w:tab/>
              <w:t>[your task in one sentence] Ask me three questions first, one at a time. Only then start the task.</w:t>
            </w:r>
          </w:p>
          <w:p>
            <w:pPr>
              <w:keepNext/>
              <w:tabs>
                <w:tab w:pos="1304" w:val="left"/>
              </w:tabs>
              <w:spacing w:after="60" w:line="288" w:lineRule="auto"/>
              <w:ind w:left="1304" w:hanging="1304"/>
            </w:pPr>
            <w:r>
              <w:rPr>
                <w:b/>
                <w:color w:val="6B6E73"/>
                <w:sz w:val="17"/>
              </w:rPr>
              <w:t>CONTEXT:</w:t>
            </w:r>
            <w:r>
              <w:rPr>
                <w:sz w:val="20"/>
              </w:rPr>
              <w:tab/>
              <w:t>[what you already know]</w:t>
            </w:r>
          </w:p>
        </w:tc>
      </w:tr>
    </w:tbl>
    <w:p>
      <w:pPr>
        <w:spacing w:before="120"/>
      </w:pPr>
      <w:r>
        <w:rPr>
          <w:b/>
          <w:color w:val="1C1D1F"/>
          <w:sz w:val="19"/>
        </w:rPr>
        <w:t xml:space="preserve">Tip  </w:t>
      </w:r>
      <w:r>
        <w:rPr>
          <w:i/>
          <w:color w:val="6B6E73"/>
          <w:sz w:val="19"/>
        </w:rPr>
        <w:t>"Ask me three questions first" works with every prompt above.</w:t>
      </w:r>
    </w:p>
    <w:sectPr w:rsidR="00FC693F" w:rsidRPr="0006063C" w:rsidSect="00034616">
      <w:pgSz w:w="11906" w:h="16838"/>
      <w:pgMar w:top="1247" w:right="1361" w:bottom="1134" w:left="136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00" w:lineRule="auto" w:after="80"/>
    </w:pPr>
    <w:rPr>
      <w:rFonts w:ascii="Aptos" w:hAnsi="Aptos" w:cs="Aptos" w:eastAsia="Aptos"/>
      <w:color w:val="1C1D1F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00" w:after="60"/>
      <w:outlineLvl w:val="0"/>
    </w:pPr>
    <w:rPr>
      <w:rFonts w:ascii="Aptos" w:hAnsi="Aptos" w:cs="Aptos" w:eastAsia="Aptos"/>
      <w:b/>
      <w:bCs/>
      <w:color w:val="1C1D1F"/>
      <w:sz w:val="2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440" w:after="60"/>
      <w:outlineLvl w:val="1"/>
    </w:pPr>
    <w:rPr>
      <w:rFonts w:ascii="Aptos" w:hAnsi="Aptos" w:cs="Aptos" w:eastAsia="Aptos"/>
      <w:b/>
      <w:bCs/>
      <w:color w:val="1C1D1F"/>
      <w:sz w:val="27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40" w:line="240" w:lineRule="auto"/>
      <w:contextualSpacing/>
    </w:pPr>
    <w:rPr>
      <w:rFonts w:ascii="Aptos Display" w:hAnsi="Aptos Display" w:cs="Aptos Display" w:eastAsia="Aptos Display"/>
      <w:b w:val="0"/>
      <w:color w:val="1C1D1F"/>
      <w:spacing w:val="5"/>
      <w:kern w:val="28"/>
      <w:sz w:val="6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  <w:rPr>
      <w:rFonts w:ascii="Aptos" w:hAnsi="Aptos" w:cs="Aptos" w:eastAsia="Aptos"/>
      <w:color w:val="1C1D1F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